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89F5E" w14:textId="77777777" w:rsidR="000132BE" w:rsidRPr="00914C6E" w:rsidRDefault="00000000">
      <w:pPr>
        <w:jc w:val="center"/>
        <w:rPr>
          <w:rFonts w:ascii="Times New Roman" w:hAnsi="Times New Roman" w:cs="Times New Roman"/>
        </w:rPr>
      </w:pPr>
      <w:r w:rsidRPr="00914C6E">
        <w:rPr>
          <w:rFonts w:ascii="Times New Roman" w:hAnsi="Times New Roman" w:cs="Times New Roman"/>
          <w:b/>
          <w:sz w:val="24"/>
        </w:rPr>
        <w:t>[Journal Logo]</w:t>
      </w:r>
      <w:r w:rsidRPr="00914C6E">
        <w:rPr>
          <w:rFonts w:ascii="Times New Roman" w:hAnsi="Times New Roman" w:cs="Times New Roman"/>
          <w:b/>
          <w:sz w:val="24"/>
        </w:rPr>
        <w:br/>
      </w:r>
      <w:r w:rsidRPr="00914C6E">
        <w:rPr>
          <w:rFonts w:ascii="Times New Roman" w:hAnsi="Times New Roman" w:cs="Times New Roman"/>
          <w:b/>
          <w:sz w:val="32"/>
        </w:rPr>
        <w:t>Declaration on the Use of Artificial Intelligence (AI) in Manuscript Preparation</w:t>
      </w:r>
    </w:p>
    <w:p w14:paraId="7316C4D1" w14:textId="77777777" w:rsidR="000132BE" w:rsidRPr="00914C6E" w:rsidRDefault="000132BE">
      <w:pPr>
        <w:rPr>
          <w:rFonts w:ascii="Times New Roman" w:hAnsi="Times New Roman" w:cs="Times New Roman"/>
        </w:rPr>
      </w:pPr>
    </w:p>
    <w:p w14:paraId="4B8986E1" w14:textId="714AADA9" w:rsidR="000132BE" w:rsidRPr="00914C6E" w:rsidRDefault="00000000">
      <w:pPr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b/>
          <w:sz w:val="24"/>
          <w:szCs w:val="24"/>
        </w:rPr>
        <w:t xml:space="preserve">Journal: </w:t>
      </w:r>
      <w:r w:rsidRPr="00914C6E">
        <w:rPr>
          <w:rFonts w:ascii="Times New Roman" w:hAnsi="Times New Roman" w:cs="Times New Roman"/>
          <w:sz w:val="24"/>
          <w:szCs w:val="24"/>
        </w:rPr>
        <w:t>____________</w:t>
      </w:r>
      <w:r w:rsidR="00914C6E">
        <w:rPr>
          <w:rFonts w:ascii="Times New Roman" w:hAnsi="Times New Roman" w:cs="Times New Roman"/>
          <w:sz w:val="24"/>
          <w:szCs w:val="24"/>
        </w:rPr>
        <w:t>__________________________</w:t>
      </w:r>
      <w:r w:rsidRPr="00914C6E">
        <w:rPr>
          <w:rFonts w:ascii="Times New Roman" w:hAnsi="Times New Roman" w:cs="Times New Roman"/>
          <w:sz w:val="24"/>
          <w:szCs w:val="24"/>
        </w:rPr>
        <w:t>______</w:t>
      </w:r>
      <w:r w:rsidR="00914C6E">
        <w:rPr>
          <w:rFonts w:ascii="Times New Roman" w:hAnsi="Times New Roman" w:cs="Times New Roman"/>
          <w:sz w:val="24"/>
          <w:szCs w:val="24"/>
        </w:rPr>
        <w:t>________</w:t>
      </w:r>
      <w:r w:rsidRPr="00914C6E">
        <w:rPr>
          <w:rFonts w:ascii="Times New Roman" w:hAnsi="Times New Roman" w:cs="Times New Roman"/>
          <w:sz w:val="24"/>
          <w:szCs w:val="24"/>
        </w:rPr>
        <w:t>__________</w:t>
      </w:r>
    </w:p>
    <w:p w14:paraId="76083070" w14:textId="6D90D86E" w:rsidR="000132BE" w:rsidRPr="00914C6E" w:rsidRDefault="00000000">
      <w:pPr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b/>
          <w:sz w:val="24"/>
          <w:szCs w:val="24"/>
        </w:rPr>
        <w:t xml:space="preserve">Manuscript Title: </w:t>
      </w:r>
      <w:r w:rsidRPr="00914C6E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914C6E">
        <w:rPr>
          <w:rFonts w:ascii="Times New Roman" w:hAnsi="Times New Roman" w:cs="Times New Roman"/>
          <w:sz w:val="24"/>
          <w:szCs w:val="24"/>
        </w:rPr>
        <w:t>________</w:t>
      </w:r>
      <w:r w:rsidRPr="00914C6E">
        <w:rPr>
          <w:rFonts w:ascii="Times New Roman" w:hAnsi="Times New Roman" w:cs="Times New Roman"/>
          <w:sz w:val="24"/>
          <w:szCs w:val="24"/>
        </w:rPr>
        <w:t>____________</w:t>
      </w:r>
    </w:p>
    <w:p w14:paraId="33373C90" w14:textId="3E4BB7C6" w:rsidR="000132BE" w:rsidRPr="00914C6E" w:rsidRDefault="00000000">
      <w:pPr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b/>
          <w:sz w:val="24"/>
          <w:szCs w:val="24"/>
        </w:rPr>
        <w:t>Corresponding Author</w:t>
      </w:r>
      <w:r w:rsidR="00914C6E">
        <w:rPr>
          <w:rFonts w:ascii="Times New Roman" w:hAnsi="Times New Roman" w:cs="Times New Roman"/>
          <w:b/>
          <w:sz w:val="24"/>
          <w:szCs w:val="24"/>
        </w:rPr>
        <w:t>(s)</w:t>
      </w:r>
      <w:r w:rsidRPr="00914C6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14C6E">
        <w:rPr>
          <w:rFonts w:ascii="Times New Roman" w:hAnsi="Times New Roman" w:cs="Times New Roman"/>
          <w:sz w:val="24"/>
          <w:szCs w:val="24"/>
        </w:rPr>
        <w:t>_________________</w:t>
      </w:r>
      <w:r w:rsidR="00914C6E">
        <w:rPr>
          <w:rFonts w:ascii="Times New Roman" w:hAnsi="Times New Roman" w:cs="Times New Roman"/>
          <w:sz w:val="24"/>
          <w:szCs w:val="24"/>
        </w:rPr>
        <w:t>___________________</w:t>
      </w:r>
      <w:r w:rsidRPr="00914C6E">
        <w:rPr>
          <w:rFonts w:ascii="Times New Roman" w:hAnsi="Times New Roman" w:cs="Times New Roman"/>
          <w:sz w:val="24"/>
          <w:szCs w:val="24"/>
        </w:rPr>
        <w:t>___________</w:t>
      </w:r>
    </w:p>
    <w:p w14:paraId="691B2E29" w14:textId="77777777" w:rsidR="000132BE" w:rsidRPr="00914C6E" w:rsidRDefault="00000000">
      <w:pPr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b/>
          <w:sz w:val="24"/>
          <w:szCs w:val="24"/>
        </w:rPr>
        <w:t xml:space="preserve">Date: </w:t>
      </w:r>
      <w:r w:rsidRPr="00914C6E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52C6D088" w14:textId="77777777" w:rsidR="000132BE" w:rsidRPr="00914C6E" w:rsidRDefault="000132BE">
      <w:pPr>
        <w:rPr>
          <w:rFonts w:ascii="Times New Roman" w:hAnsi="Times New Roman" w:cs="Times New Roman"/>
          <w:sz w:val="24"/>
          <w:szCs w:val="24"/>
        </w:rPr>
      </w:pPr>
    </w:p>
    <w:p w14:paraId="303AD1FD" w14:textId="77777777" w:rsidR="000132BE" w:rsidRPr="00914C6E" w:rsidRDefault="00000000">
      <w:pPr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b/>
          <w:sz w:val="24"/>
          <w:szCs w:val="24"/>
        </w:rPr>
        <w:t>AI Use Declaration</w:t>
      </w:r>
    </w:p>
    <w:p w14:paraId="5B96B5EB" w14:textId="77777777" w:rsidR="000132BE" w:rsidRPr="00914C6E" w:rsidRDefault="00000000">
      <w:pPr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sz w:val="24"/>
          <w:szCs w:val="24"/>
        </w:rPr>
        <w:t>The corresponding author, on behalf of all co-authors, declares the following regarding the preparation of this manuscript.</w:t>
      </w:r>
    </w:p>
    <w:p w14:paraId="3FCDDE80" w14:textId="77777777" w:rsidR="000132BE" w:rsidRPr="00914C6E" w:rsidRDefault="00000000">
      <w:pPr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Segoe UI Symbol" w:hAnsi="Segoe UI Symbol" w:cs="Segoe UI Symbol"/>
          <w:sz w:val="24"/>
          <w:szCs w:val="24"/>
        </w:rPr>
        <w:t>☐</w:t>
      </w:r>
      <w:r w:rsidRPr="00914C6E">
        <w:rPr>
          <w:rFonts w:ascii="Times New Roman" w:hAnsi="Times New Roman" w:cs="Times New Roman"/>
          <w:sz w:val="24"/>
          <w:szCs w:val="24"/>
        </w:rPr>
        <w:t xml:space="preserve"> No AI tools were used in the preparation of this manuscript.</w:t>
      </w:r>
    </w:p>
    <w:p w14:paraId="57DD9E14" w14:textId="77777777" w:rsidR="000132BE" w:rsidRPr="00914C6E" w:rsidRDefault="00000000">
      <w:pPr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Segoe UI Symbol" w:hAnsi="Segoe UI Symbol" w:cs="Segoe UI Symbol"/>
          <w:sz w:val="24"/>
          <w:szCs w:val="24"/>
        </w:rPr>
        <w:t>☐</w:t>
      </w:r>
      <w:r w:rsidRPr="00914C6E">
        <w:rPr>
          <w:rFonts w:ascii="Times New Roman" w:hAnsi="Times New Roman" w:cs="Times New Roman"/>
          <w:sz w:val="24"/>
          <w:szCs w:val="24"/>
        </w:rPr>
        <w:t xml:space="preserve"> AI tools were used during the preparation of this manuscript.</w:t>
      </w:r>
    </w:p>
    <w:p w14:paraId="6C064D57" w14:textId="77777777" w:rsidR="000132BE" w:rsidRPr="00914C6E" w:rsidRDefault="00000000">
      <w:pPr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sz w:val="24"/>
          <w:szCs w:val="24"/>
        </w:rPr>
        <w:t>If AI tools were used, please indicate the purpose(s) (select all that apply):</w:t>
      </w:r>
    </w:p>
    <w:p w14:paraId="48D1E7E9" w14:textId="77777777" w:rsidR="000132BE" w:rsidRPr="00914C6E" w:rsidRDefault="00000000" w:rsidP="00914C6E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Segoe UI Symbol" w:hAnsi="Segoe UI Symbol" w:cs="Segoe UI Symbol"/>
          <w:sz w:val="24"/>
          <w:szCs w:val="24"/>
        </w:rPr>
        <w:t>☐</w:t>
      </w:r>
      <w:r w:rsidRPr="00914C6E">
        <w:rPr>
          <w:rFonts w:ascii="Times New Roman" w:hAnsi="Times New Roman" w:cs="Times New Roman"/>
          <w:sz w:val="24"/>
          <w:szCs w:val="24"/>
        </w:rPr>
        <w:t xml:space="preserve"> Literature search or information retrieval</w:t>
      </w:r>
    </w:p>
    <w:p w14:paraId="37BA9F4D" w14:textId="77777777" w:rsidR="000132BE" w:rsidRPr="00914C6E" w:rsidRDefault="00000000" w:rsidP="00914C6E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Segoe UI Symbol" w:hAnsi="Segoe UI Symbol" w:cs="Segoe UI Symbol"/>
          <w:sz w:val="24"/>
          <w:szCs w:val="24"/>
        </w:rPr>
        <w:t>☐</w:t>
      </w:r>
      <w:r w:rsidRPr="00914C6E">
        <w:rPr>
          <w:rFonts w:ascii="Times New Roman" w:hAnsi="Times New Roman" w:cs="Times New Roman"/>
          <w:sz w:val="24"/>
          <w:szCs w:val="24"/>
        </w:rPr>
        <w:t xml:space="preserve"> Language editing (grammar, style, translation)</w:t>
      </w:r>
    </w:p>
    <w:p w14:paraId="0D7E15A8" w14:textId="77777777" w:rsidR="000132BE" w:rsidRPr="00914C6E" w:rsidRDefault="00000000" w:rsidP="00914C6E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Segoe UI Symbol" w:hAnsi="Segoe UI Symbol" w:cs="Segoe UI Symbol"/>
          <w:sz w:val="24"/>
          <w:szCs w:val="24"/>
        </w:rPr>
        <w:t>☐</w:t>
      </w:r>
      <w:r w:rsidRPr="00914C6E">
        <w:rPr>
          <w:rFonts w:ascii="Times New Roman" w:hAnsi="Times New Roman" w:cs="Times New Roman"/>
          <w:sz w:val="24"/>
          <w:szCs w:val="24"/>
        </w:rPr>
        <w:t xml:space="preserve"> Improving clarity or readability</w:t>
      </w:r>
    </w:p>
    <w:p w14:paraId="391188DA" w14:textId="77777777" w:rsidR="000132BE" w:rsidRPr="00914C6E" w:rsidRDefault="00000000" w:rsidP="00914C6E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Segoe UI Symbol" w:hAnsi="Segoe UI Symbol" w:cs="Segoe UI Symbol"/>
          <w:sz w:val="24"/>
          <w:szCs w:val="24"/>
        </w:rPr>
        <w:t>☐</w:t>
      </w:r>
      <w:r w:rsidRPr="00914C6E">
        <w:rPr>
          <w:rFonts w:ascii="Times New Roman" w:hAnsi="Times New Roman" w:cs="Times New Roman"/>
          <w:sz w:val="24"/>
          <w:szCs w:val="24"/>
        </w:rPr>
        <w:t xml:space="preserve"> Drafting or restructuring non-scientific text</w:t>
      </w:r>
    </w:p>
    <w:p w14:paraId="70BBDD39" w14:textId="77777777" w:rsidR="000132BE" w:rsidRPr="00914C6E" w:rsidRDefault="00000000" w:rsidP="00914C6E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Segoe UI Symbol" w:hAnsi="Segoe UI Symbol" w:cs="Segoe UI Symbol"/>
          <w:sz w:val="24"/>
          <w:szCs w:val="24"/>
        </w:rPr>
        <w:t>☐</w:t>
      </w:r>
      <w:r w:rsidRPr="00914C6E">
        <w:rPr>
          <w:rFonts w:ascii="Times New Roman" w:hAnsi="Times New Roman" w:cs="Times New Roman"/>
          <w:sz w:val="24"/>
          <w:szCs w:val="24"/>
        </w:rPr>
        <w:t xml:space="preserve"> Data analysis or programming assistance</w:t>
      </w:r>
    </w:p>
    <w:p w14:paraId="7222BF3A" w14:textId="77777777" w:rsidR="000132BE" w:rsidRPr="00914C6E" w:rsidRDefault="00000000" w:rsidP="00914C6E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Segoe UI Symbol" w:hAnsi="Segoe UI Symbol" w:cs="Segoe UI Symbol"/>
          <w:sz w:val="24"/>
          <w:szCs w:val="24"/>
        </w:rPr>
        <w:t>☐</w:t>
      </w:r>
      <w:r w:rsidRPr="00914C6E">
        <w:rPr>
          <w:rFonts w:ascii="Times New Roman" w:hAnsi="Times New Roman" w:cs="Times New Roman"/>
          <w:sz w:val="24"/>
          <w:szCs w:val="24"/>
        </w:rPr>
        <w:t xml:space="preserve"> Creation of figures or illustrations</w:t>
      </w:r>
    </w:p>
    <w:p w14:paraId="3A0F0716" w14:textId="77777777" w:rsidR="000132BE" w:rsidRPr="00914C6E" w:rsidRDefault="00000000" w:rsidP="00914C6E">
      <w:pPr>
        <w:pStyle w:val="a0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Segoe UI Symbol" w:hAnsi="Segoe UI Symbol" w:cs="Segoe UI Symbol"/>
          <w:sz w:val="24"/>
          <w:szCs w:val="24"/>
        </w:rPr>
        <w:t>☐</w:t>
      </w:r>
      <w:r w:rsidRPr="00914C6E">
        <w:rPr>
          <w:rFonts w:ascii="Times New Roman" w:hAnsi="Times New Roman" w:cs="Times New Roman"/>
          <w:sz w:val="24"/>
          <w:szCs w:val="24"/>
        </w:rPr>
        <w:t xml:space="preserve"> Other (please specify): __________________________</w:t>
      </w:r>
    </w:p>
    <w:p w14:paraId="6D8FA9EF" w14:textId="77777777" w:rsidR="000132BE" w:rsidRPr="00914C6E" w:rsidRDefault="00000000">
      <w:pPr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b/>
          <w:sz w:val="24"/>
          <w:szCs w:val="24"/>
        </w:rPr>
        <w:t xml:space="preserve">AI tool(s) used: </w:t>
      </w:r>
      <w:r w:rsidRPr="00914C6E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14:paraId="3B7738F3" w14:textId="77777777" w:rsidR="000132BE" w:rsidRPr="00914C6E" w:rsidRDefault="00000000">
      <w:pPr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b/>
          <w:sz w:val="24"/>
          <w:szCs w:val="24"/>
        </w:rPr>
        <w:t>Brief description of how the AI tool(s) were used:</w:t>
      </w:r>
    </w:p>
    <w:p w14:paraId="67D09752" w14:textId="2840BB5A" w:rsidR="000132BE" w:rsidRPr="00914C6E" w:rsidRDefault="00000000">
      <w:pPr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sz w:val="24"/>
          <w:szCs w:val="24"/>
        </w:rPr>
        <w:t>_____________________________</w:t>
      </w:r>
      <w:r w:rsidR="00914C6E">
        <w:rPr>
          <w:rFonts w:ascii="Times New Roman" w:hAnsi="Times New Roman" w:cs="Times New Roman"/>
          <w:sz w:val="24"/>
          <w:szCs w:val="24"/>
        </w:rPr>
        <w:t>______________</w:t>
      </w:r>
      <w:r w:rsidRPr="00914C6E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5AA8CD6D" w14:textId="0399F2AC" w:rsidR="000132BE" w:rsidRPr="00914C6E" w:rsidRDefault="00000000">
      <w:pPr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sz w:val="24"/>
          <w:szCs w:val="24"/>
        </w:rPr>
        <w:t>____________________________</w:t>
      </w:r>
      <w:r w:rsidR="00914C6E">
        <w:rPr>
          <w:rFonts w:ascii="Times New Roman" w:hAnsi="Times New Roman" w:cs="Times New Roman"/>
          <w:sz w:val="24"/>
          <w:szCs w:val="24"/>
        </w:rPr>
        <w:t>______________</w:t>
      </w:r>
      <w:r w:rsidRPr="00914C6E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18DDAB36" w14:textId="77777777" w:rsidR="000132BE" w:rsidRPr="00914C6E" w:rsidRDefault="00000000">
      <w:pPr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b/>
          <w:sz w:val="24"/>
          <w:szCs w:val="24"/>
        </w:rPr>
        <w:t>Author Responsibility</w:t>
      </w:r>
    </w:p>
    <w:p w14:paraId="0AFDFD94" w14:textId="77777777" w:rsidR="000132BE" w:rsidRPr="00914C6E" w:rsidRDefault="00000000">
      <w:pPr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sz w:val="24"/>
          <w:szCs w:val="24"/>
        </w:rPr>
        <w:t>By signing this declaration, I confirm on behalf of all authors that:</w:t>
      </w:r>
    </w:p>
    <w:p w14:paraId="4CF5CAC4" w14:textId="77777777" w:rsidR="000132BE" w:rsidRPr="00914C6E" w:rsidRDefault="00000000">
      <w:pPr>
        <w:pStyle w:val="a0"/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sz w:val="24"/>
          <w:szCs w:val="24"/>
        </w:rPr>
        <w:t>The manuscript represents the original scholarly work of the authors.</w:t>
      </w:r>
    </w:p>
    <w:p w14:paraId="0C709D4B" w14:textId="77777777" w:rsidR="000132BE" w:rsidRPr="00914C6E" w:rsidRDefault="00000000">
      <w:pPr>
        <w:pStyle w:val="a0"/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sz w:val="24"/>
          <w:szCs w:val="24"/>
        </w:rPr>
        <w:lastRenderedPageBreak/>
        <w:t>All authors remain fully responsible for the accuracy, integrity, originality, and interpretation of the manuscript, including any content produced with the assistance of AI tools.</w:t>
      </w:r>
    </w:p>
    <w:p w14:paraId="574F02C9" w14:textId="77777777" w:rsidR="000132BE" w:rsidRPr="00914C6E" w:rsidRDefault="00000000">
      <w:pPr>
        <w:pStyle w:val="a0"/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sz w:val="24"/>
          <w:szCs w:val="24"/>
        </w:rPr>
        <w:t>Any AI-generated content has been critically reviewed, verified, and, where necessary, revised by the authors before submission.</w:t>
      </w:r>
    </w:p>
    <w:p w14:paraId="0D2AD03C" w14:textId="77777777" w:rsidR="000132BE" w:rsidRPr="00914C6E" w:rsidRDefault="00000000">
      <w:pPr>
        <w:pStyle w:val="a0"/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sz w:val="24"/>
          <w:szCs w:val="24"/>
        </w:rPr>
        <w:t>All sources have been appropriately cited, and the use of AI has been disclosed transparently in accordance with the journal's editorial policies.</w:t>
      </w:r>
    </w:p>
    <w:p w14:paraId="3E8340E6" w14:textId="77777777" w:rsidR="000132BE" w:rsidRPr="00914C6E" w:rsidRDefault="00000000">
      <w:pPr>
        <w:pStyle w:val="a0"/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sz w:val="24"/>
          <w:szCs w:val="24"/>
        </w:rPr>
        <w:t>No AI system or AI tool has been listed as an author or co-author of this manuscript.</w:t>
      </w:r>
    </w:p>
    <w:p w14:paraId="4C5D8CBF" w14:textId="77777777" w:rsidR="000132BE" w:rsidRPr="00914C6E" w:rsidRDefault="000132BE">
      <w:pPr>
        <w:rPr>
          <w:rFonts w:ascii="Times New Roman" w:hAnsi="Times New Roman" w:cs="Times New Roman"/>
          <w:sz w:val="24"/>
          <w:szCs w:val="24"/>
        </w:rPr>
      </w:pPr>
    </w:p>
    <w:p w14:paraId="3BED6962" w14:textId="77777777" w:rsidR="000132BE" w:rsidRPr="00914C6E" w:rsidRDefault="00000000">
      <w:pPr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b/>
          <w:sz w:val="24"/>
          <w:szCs w:val="24"/>
        </w:rPr>
        <w:t xml:space="preserve">Corresponding Author's Signature: </w:t>
      </w:r>
      <w:r w:rsidRPr="00914C6E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1DF0A0F5" w14:textId="77777777" w:rsidR="000132BE" w:rsidRPr="00914C6E" w:rsidRDefault="00000000">
      <w:pPr>
        <w:rPr>
          <w:rFonts w:ascii="Times New Roman" w:hAnsi="Times New Roman" w:cs="Times New Roman"/>
          <w:sz w:val="24"/>
          <w:szCs w:val="24"/>
        </w:rPr>
      </w:pPr>
      <w:r w:rsidRPr="00914C6E">
        <w:rPr>
          <w:rFonts w:ascii="Times New Roman" w:hAnsi="Times New Roman" w:cs="Times New Roman"/>
          <w:b/>
          <w:sz w:val="24"/>
          <w:szCs w:val="24"/>
        </w:rPr>
        <w:t xml:space="preserve">Date: </w:t>
      </w:r>
      <w:r w:rsidRPr="00914C6E">
        <w:rPr>
          <w:rFonts w:ascii="Times New Roman" w:hAnsi="Times New Roman" w:cs="Times New Roman"/>
          <w:sz w:val="24"/>
          <w:szCs w:val="24"/>
        </w:rPr>
        <w:t>____________________________</w:t>
      </w:r>
    </w:p>
    <w:sectPr w:rsidR="000132BE" w:rsidRPr="00914C6E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7614149">
    <w:abstractNumId w:val="8"/>
  </w:num>
  <w:num w:numId="2" w16cid:durableId="1632130467">
    <w:abstractNumId w:val="6"/>
  </w:num>
  <w:num w:numId="3" w16cid:durableId="1072505271">
    <w:abstractNumId w:val="5"/>
  </w:num>
  <w:num w:numId="4" w16cid:durableId="1460487801">
    <w:abstractNumId w:val="4"/>
  </w:num>
  <w:num w:numId="5" w16cid:durableId="126122522">
    <w:abstractNumId w:val="7"/>
  </w:num>
  <w:num w:numId="6" w16cid:durableId="1037051095">
    <w:abstractNumId w:val="3"/>
  </w:num>
  <w:num w:numId="7" w16cid:durableId="1277908708">
    <w:abstractNumId w:val="2"/>
  </w:num>
  <w:num w:numId="8" w16cid:durableId="20013035">
    <w:abstractNumId w:val="1"/>
  </w:num>
  <w:num w:numId="9" w16cid:durableId="214435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2BE"/>
    <w:rsid w:val="00034616"/>
    <w:rsid w:val="0006063C"/>
    <w:rsid w:val="000A2FC0"/>
    <w:rsid w:val="0015074B"/>
    <w:rsid w:val="0029639D"/>
    <w:rsid w:val="00326F90"/>
    <w:rsid w:val="00914C6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DC57A"/>
  <w14:defaultImageDpi w14:val="300"/>
  <w15:docId w15:val="{C982D160-391D-4BCD-A44B-9ACC9448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Бейменбетов Серик</cp:lastModifiedBy>
  <cp:revision>2</cp:revision>
  <dcterms:created xsi:type="dcterms:W3CDTF">2013-12-23T23:15:00Z</dcterms:created>
  <dcterms:modified xsi:type="dcterms:W3CDTF">2026-09-04T12:03:00Z</dcterms:modified>
  <cp:category/>
</cp:coreProperties>
</file>